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2DC0" w14:textId="77777777" w:rsidR="00135F1F" w:rsidRPr="00643630" w:rsidRDefault="00000000">
      <w:pPr>
        <w:spacing w:after="0"/>
        <w:jc w:val="center"/>
        <w:rPr>
          <w:rFonts w:ascii="Times New Roman" w:hAnsi="Times New Roman" w:cs="Times New Roman"/>
          <w:color w:val="auto"/>
        </w:rPr>
      </w:pPr>
      <w:r w:rsidRPr="00643630">
        <w:rPr>
          <w:b/>
          <w:color w:val="auto"/>
          <w:sz w:val="24"/>
        </w:rPr>
        <w:t xml:space="preserve">ISTITUTO </w:t>
      </w:r>
      <w:r w:rsidRPr="00643630">
        <w:rPr>
          <w:rFonts w:ascii="Times New Roman" w:hAnsi="Times New Roman" w:cs="Times New Roman"/>
          <w:b/>
          <w:color w:val="auto"/>
          <w:sz w:val="24"/>
        </w:rPr>
        <w:t>COMPRENSIVO STATALE “LEONARDO DE LORENZO”</w:t>
      </w:r>
    </w:p>
    <w:p w14:paraId="647AE8ED" w14:textId="77777777" w:rsidR="00135F1F" w:rsidRPr="00643630" w:rsidRDefault="00000000">
      <w:pPr>
        <w:spacing w:after="60"/>
        <w:jc w:val="center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color w:val="auto"/>
          <w:sz w:val="18"/>
        </w:rPr>
        <w:t>Viggiano e Montemurro – Codice meccanografico PZIC83800N</w:t>
      </w:r>
    </w:p>
    <w:p w14:paraId="5A46C58E" w14:textId="77777777" w:rsidR="00135F1F" w:rsidRPr="00643630" w:rsidRDefault="00000000">
      <w:pPr>
        <w:spacing w:after="0"/>
        <w:jc w:val="right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  <w:sz w:val="20"/>
        </w:rPr>
        <w:t>ALLEGATO A</w:t>
      </w:r>
    </w:p>
    <w:p w14:paraId="6815C348" w14:textId="77777777" w:rsidR="00135F1F" w:rsidRPr="00643630" w:rsidRDefault="00000000">
      <w:pPr>
        <w:keepNext/>
        <w:spacing w:after="20"/>
        <w:jc w:val="center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  <w:sz w:val="30"/>
        </w:rPr>
        <w:t>DICHIARAZIONE DEL POSSESSO DEI REQUISITI</w:t>
      </w:r>
    </w:p>
    <w:p w14:paraId="25F1942C" w14:textId="77777777" w:rsidR="00135F1F" w:rsidRPr="00643630" w:rsidRDefault="00000000">
      <w:pPr>
        <w:spacing w:after="80"/>
        <w:jc w:val="center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  <w:sz w:val="23"/>
        </w:rPr>
        <w:t>per l’insegnamento della lingua inglese nella scuola primaria</w:t>
      </w:r>
    </w:p>
    <w:p w14:paraId="3FCE2EDB" w14:textId="77777777" w:rsidR="00135F1F" w:rsidRPr="00643630" w:rsidRDefault="00000000">
      <w:pPr>
        <w:spacing w:after="80"/>
        <w:jc w:val="right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color w:val="auto"/>
          <w:sz w:val="20"/>
        </w:rPr>
        <w:t>Alla Dirigente scolastica</w:t>
      </w:r>
      <w:r w:rsidRPr="00643630">
        <w:rPr>
          <w:rFonts w:ascii="Times New Roman" w:hAnsi="Times New Roman" w:cs="Times New Roman"/>
          <w:color w:val="auto"/>
          <w:sz w:val="20"/>
        </w:rPr>
        <w:br/>
        <w:t>I.C. “Leonardo De Lorenzo” – Viggiano</w:t>
      </w:r>
    </w:p>
    <w:p w14:paraId="63E85D5A" w14:textId="77777777" w:rsidR="00135F1F" w:rsidRPr="00643630" w:rsidRDefault="00000000">
      <w:pPr>
        <w:spacing w:after="60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</w:rPr>
        <w:t xml:space="preserve">Il/La sottoscritto/a </w:t>
      </w:r>
      <w:r w:rsidRPr="00643630">
        <w:rPr>
          <w:rFonts w:ascii="Times New Roman" w:hAnsi="Times New Roman" w:cs="Times New Roman"/>
          <w:color w:val="auto"/>
        </w:rPr>
        <w:t>________________________________________________________________________________</w:t>
      </w:r>
    </w:p>
    <w:p w14:paraId="64521EB5" w14:textId="77777777" w:rsidR="00135F1F" w:rsidRPr="00643630" w:rsidRDefault="00000000">
      <w:pPr>
        <w:spacing w:after="60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</w:rPr>
        <w:t xml:space="preserve">nato/a a </w:t>
      </w:r>
      <w:r w:rsidRPr="00643630">
        <w:rPr>
          <w:rFonts w:ascii="Times New Roman" w:hAnsi="Times New Roman" w:cs="Times New Roman"/>
          <w:color w:val="auto"/>
        </w:rPr>
        <w:t>__________________________________________</w:t>
      </w:r>
    </w:p>
    <w:p w14:paraId="46B55355" w14:textId="77777777" w:rsidR="009771BF" w:rsidRDefault="00000000">
      <w:pPr>
        <w:spacing w:after="60"/>
        <w:rPr>
          <w:rFonts w:ascii="Times New Roman" w:hAnsi="Times New Roman" w:cs="Times New Roman"/>
          <w:color w:val="auto"/>
          <w:sz w:val="20"/>
        </w:rPr>
      </w:pPr>
      <w:r w:rsidRPr="00643630">
        <w:rPr>
          <w:rFonts w:ascii="Times New Roman" w:hAnsi="Times New Roman" w:cs="Times New Roman"/>
          <w:b/>
          <w:color w:val="auto"/>
        </w:rPr>
        <w:t xml:space="preserve">in </w:t>
      </w:r>
      <w:proofErr w:type="spellStart"/>
      <w:r w:rsidRPr="00643630">
        <w:rPr>
          <w:rFonts w:ascii="Times New Roman" w:hAnsi="Times New Roman" w:cs="Times New Roman"/>
          <w:b/>
          <w:color w:val="auto"/>
        </w:rPr>
        <w:t>servizio</w:t>
      </w:r>
      <w:proofErr w:type="spellEnd"/>
      <w:r w:rsidRPr="00643630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643630">
        <w:rPr>
          <w:rFonts w:ascii="Times New Roman" w:hAnsi="Times New Roman" w:cs="Times New Roman"/>
          <w:b/>
          <w:color w:val="auto"/>
        </w:rPr>
        <w:t>presso</w:t>
      </w:r>
      <w:proofErr w:type="spellEnd"/>
      <w:r w:rsidRPr="00643630">
        <w:rPr>
          <w:rFonts w:ascii="Times New Roman" w:hAnsi="Times New Roman" w:cs="Times New Roman"/>
          <w:b/>
          <w:color w:val="auto"/>
        </w:rPr>
        <w:t xml:space="preserve"> </w:t>
      </w:r>
      <w:r w:rsidR="001F5508">
        <w:rPr>
          <w:rFonts w:ascii="Times New Roman" w:hAnsi="Times New Roman" w:cs="Times New Roman"/>
          <w:b/>
          <w:color w:val="auto"/>
        </w:rPr>
        <w:t>l’ I.C. L. De Lorenzo,</w:t>
      </w:r>
      <w:r w:rsidR="009771BF">
        <w:rPr>
          <w:rFonts w:ascii="Times New Roman" w:hAnsi="Times New Roman" w:cs="Times New Roman"/>
          <w:b/>
          <w:color w:val="auto"/>
        </w:rPr>
        <w:t xml:space="preserve"> </w:t>
      </w:r>
      <w:r w:rsidR="009771BF" w:rsidRPr="00643630">
        <w:rPr>
          <w:rFonts w:ascii="Times New Roman" w:hAnsi="Times New Roman" w:cs="Times New Roman"/>
          <w:color w:val="auto"/>
          <w:sz w:val="20"/>
        </w:rPr>
        <w:t xml:space="preserve">in </w:t>
      </w:r>
      <w:proofErr w:type="spellStart"/>
      <w:r w:rsidR="009771BF" w:rsidRPr="00643630">
        <w:rPr>
          <w:rFonts w:ascii="Times New Roman" w:hAnsi="Times New Roman" w:cs="Times New Roman"/>
          <w:color w:val="auto"/>
          <w:sz w:val="20"/>
        </w:rPr>
        <w:t>qualità</w:t>
      </w:r>
      <w:proofErr w:type="spellEnd"/>
      <w:r w:rsidR="009771BF" w:rsidRPr="00643630">
        <w:rPr>
          <w:rFonts w:ascii="Times New Roman" w:hAnsi="Times New Roman" w:cs="Times New Roman"/>
          <w:color w:val="auto"/>
          <w:sz w:val="20"/>
        </w:rPr>
        <w:t xml:space="preserve"> di</w:t>
      </w:r>
    </w:p>
    <w:p w14:paraId="356673FE" w14:textId="05E9EC18" w:rsidR="009771BF" w:rsidRDefault="009771BF">
      <w:pPr>
        <w:spacing w:after="60"/>
        <w:rPr>
          <w:rFonts w:ascii="Times New Roman" w:hAnsi="Times New Roman" w:cs="Times New Roman"/>
          <w:color w:val="auto"/>
          <w:sz w:val="20"/>
        </w:rPr>
      </w:pPr>
      <w:r w:rsidRPr="00643630">
        <w:rPr>
          <w:rFonts w:ascii="Times New Roman" w:hAnsi="Times New Roman" w:cs="Times New Roman"/>
          <w:color w:val="auto"/>
          <w:sz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</w:rPr>
        <w:sym w:font="Symbol" w:char="F07F"/>
      </w:r>
      <w:r>
        <w:rPr>
          <w:rFonts w:ascii="Times New Roman" w:hAnsi="Times New Roman" w:cs="Times New Roman"/>
          <w:color w:val="auto"/>
          <w:sz w:val="20"/>
        </w:rPr>
        <w:t xml:space="preserve"> </w:t>
      </w:r>
      <w:proofErr w:type="spellStart"/>
      <w:r w:rsidRPr="00643630">
        <w:rPr>
          <w:rFonts w:ascii="Times New Roman" w:hAnsi="Times New Roman" w:cs="Times New Roman"/>
          <w:color w:val="auto"/>
          <w:sz w:val="20"/>
        </w:rPr>
        <w:t>docente</w:t>
      </w:r>
      <w:proofErr w:type="spellEnd"/>
      <w:r>
        <w:rPr>
          <w:rFonts w:ascii="Times New Roman" w:hAnsi="Times New Roman" w:cs="Times New Roman"/>
          <w:color w:val="auto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</w:rPr>
        <w:t>neoimmesso</w:t>
      </w:r>
      <w:proofErr w:type="spellEnd"/>
      <w:r>
        <w:rPr>
          <w:rFonts w:ascii="Times New Roman" w:hAnsi="Times New Roman" w:cs="Times New Roman"/>
          <w:color w:val="auto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</w:rPr>
        <w:t>oppure</w:t>
      </w:r>
      <w:proofErr w:type="spellEnd"/>
    </w:p>
    <w:p w14:paraId="46456250" w14:textId="77777777" w:rsidR="009771BF" w:rsidRDefault="009771BF">
      <w:pPr>
        <w:spacing w:after="60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</w:rPr>
        <w:sym w:font="Symbol" w:char="F07F"/>
      </w:r>
      <w:r>
        <w:rPr>
          <w:rFonts w:ascii="Times New Roman" w:hAnsi="Times New Roman" w:cs="Times New Roman"/>
          <w:color w:val="auto"/>
          <w:sz w:val="20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0"/>
        </w:rPr>
        <w:t xml:space="preserve">a </w:t>
      </w:r>
      <w:r>
        <w:rPr>
          <w:rFonts w:ascii="Times New Roman" w:hAnsi="Times New Roman" w:cs="Times New Roman"/>
          <w:color w:val="auto"/>
          <w:sz w:val="20"/>
        </w:rPr>
        <w:t>tempo</w:t>
      </w:r>
      <w:proofErr w:type="gramEnd"/>
      <w:r>
        <w:rPr>
          <w:rFonts w:ascii="Times New Roman" w:hAnsi="Times New Roman" w:cs="Times New Roman"/>
          <w:color w:val="auto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</w:rPr>
        <w:t>determinato</w:t>
      </w:r>
      <w:proofErr w:type="spellEnd"/>
      <w:r w:rsidRPr="00643630">
        <w:rPr>
          <w:rFonts w:ascii="Times New Roman" w:hAnsi="Times New Roman" w:cs="Times New Roman"/>
          <w:color w:val="auto"/>
          <w:sz w:val="20"/>
        </w:rPr>
        <w:t xml:space="preserve"> </w:t>
      </w:r>
    </w:p>
    <w:p w14:paraId="32C7E7A5" w14:textId="6ED9650F" w:rsidR="00135F1F" w:rsidRPr="00643630" w:rsidRDefault="009771BF" w:rsidP="009771BF">
      <w:pPr>
        <w:spacing w:after="60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color w:val="auto"/>
          <w:sz w:val="20"/>
        </w:rPr>
        <w:t xml:space="preserve">di </w:t>
      </w:r>
      <w:proofErr w:type="spellStart"/>
      <w:r w:rsidRPr="00643630">
        <w:rPr>
          <w:rFonts w:ascii="Times New Roman" w:hAnsi="Times New Roman" w:cs="Times New Roman"/>
          <w:color w:val="auto"/>
          <w:sz w:val="20"/>
        </w:rPr>
        <w:t>scuola</w:t>
      </w:r>
      <w:proofErr w:type="spellEnd"/>
      <w:r w:rsidRPr="00643630">
        <w:rPr>
          <w:rFonts w:ascii="Times New Roman" w:hAnsi="Times New Roman" w:cs="Times New Roman"/>
          <w:color w:val="auto"/>
          <w:sz w:val="20"/>
        </w:rPr>
        <w:t xml:space="preserve"> </w:t>
      </w:r>
      <w:proofErr w:type="spellStart"/>
      <w:r w:rsidRPr="00643630">
        <w:rPr>
          <w:rFonts w:ascii="Times New Roman" w:hAnsi="Times New Roman" w:cs="Times New Roman"/>
          <w:color w:val="auto"/>
          <w:sz w:val="20"/>
        </w:rPr>
        <w:t>primaria</w:t>
      </w:r>
      <w:proofErr w:type="spellEnd"/>
      <w:r w:rsidR="00000000" w:rsidRPr="00643630">
        <w:rPr>
          <w:rFonts w:ascii="Times New Roman" w:hAnsi="Times New Roman" w:cs="Times New Roman"/>
          <w:color w:val="auto"/>
          <w:sz w:val="20"/>
        </w:rPr>
        <w:t>, ai sensi degli artt. 46 e 47 del D.P.R. 28 dicembre 2000, n. 445, consapevole delle responsabilità e delle sanzioni previste in caso di dichiarazioni non veritiere,</w:t>
      </w:r>
    </w:p>
    <w:p w14:paraId="3A0E6F0C" w14:textId="77777777" w:rsidR="00135F1F" w:rsidRPr="00643630" w:rsidRDefault="00000000">
      <w:pPr>
        <w:keepNext/>
        <w:spacing w:after="60"/>
        <w:jc w:val="center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  <w:sz w:val="24"/>
        </w:rPr>
        <w:t>DICHIARA</w:t>
      </w:r>
    </w:p>
    <w:tbl>
      <w:tblPr>
        <w:tblW w:w="9638" w:type="dxa"/>
        <w:tblBorders>
          <w:top w:val="single" w:sz="6" w:space="0" w:color="AAB4C0"/>
          <w:left w:val="single" w:sz="6" w:space="0" w:color="AAB4C0"/>
          <w:bottom w:val="single" w:sz="6" w:space="0" w:color="AAB4C0"/>
          <w:right w:val="single" w:sz="6" w:space="0" w:color="AAB4C0"/>
          <w:insideH w:val="single" w:sz="6" w:space="0" w:color="AAB4C0"/>
          <w:insideV w:val="single" w:sz="6" w:space="0" w:color="AAB4C0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135F1F" w:rsidRPr="00643630" w14:paraId="2844E2DE" w14:textId="77777777">
        <w:tc>
          <w:tcPr>
            <w:tcW w:w="9638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C6EB7C" w14:textId="77777777" w:rsidR="00135F1F" w:rsidRPr="00643630" w:rsidRDefault="00000000">
            <w:pPr>
              <w:spacing w:after="0" w:line="252" w:lineRule="auto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Segoe UI Symbol" w:hAnsi="Segoe UI Symbol" w:cs="Segoe UI Symbol"/>
                <w:color w:val="auto"/>
                <w:sz w:val="20"/>
              </w:rPr>
              <w:t>☐</w:t>
            </w:r>
            <w:r w:rsidRPr="00643630">
              <w:rPr>
                <w:rFonts w:ascii="Times New Roman" w:hAnsi="Times New Roman" w:cs="Times New Roman"/>
                <w:color w:val="auto"/>
                <w:sz w:val="20"/>
              </w:rPr>
              <w:t xml:space="preserve"> di essere in possesso di uno specifico titolo/requisito valido per l’insegnamento della lingua inglese nella scuola primaria;</w:t>
            </w:r>
          </w:p>
        </w:tc>
      </w:tr>
      <w:tr w:rsidR="00135F1F" w:rsidRPr="00643630" w14:paraId="683B9C7D" w14:textId="77777777">
        <w:tc>
          <w:tcPr>
            <w:tcW w:w="9638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C02AEC" w14:textId="77777777" w:rsidR="00135F1F" w:rsidRPr="00643630" w:rsidRDefault="00000000">
            <w:pPr>
              <w:spacing w:after="0" w:line="252" w:lineRule="auto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Segoe UI Symbol" w:hAnsi="Segoe UI Symbol" w:cs="Segoe UI Symbol"/>
                <w:color w:val="auto"/>
                <w:sz w:val="20"/>
              </w:rPr>
              <w:t>☐</w:t>
            </w:r>
            <w:r w:rsidRPr="00643630">
              <w:rPr>
                <w:rFonts w:ascii="Times New Roman" w:hAnsi="Times New Roman" w:cs="Times New Roman"/>
                <w:color w:val="auto"/>
                <w:sz w:val="20"/>
              </w:rPr>
              <w:t xml:space="preserve"> di non essere in possesso di uno specifico titolo/requisito valido per l’insegnamento della lingua inglese nella scuola primaria.</w:t>
            </w:r>
          </w:p>
        </w:tc>
      </w:tr>
    </w:tbl>
    <w:p w14:paraId="51EF51E2" w14:textId="77777777" w:rsidR="00135F1F" w:rsidRPr="00643630" w:rsidRDefault="00000000">
      <w:pPr>
        <w:keepNext/>
        <w:spacing w:before="80" w:after="40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  <w:sz w:val="22"/>
        </w:rPr>
        <w:t>In caso di dichiarazione positiva, indicare il titolo posseduto</w:t>
      </w:r>
    </w:p>
    <w:p w14:paraId="65252936" w14:textId="77777777" w:rsidR="00135F1F" w:rsidRPr="00643630" w:rsidRDefault="00000000">
      <w:pPr>
        <w:spacing w:after="20" w:line="240" w:lineRule="auto"/>
        <w:ind w:left="142" w:hanging="142"/>
        <w:rPr>
          <w:rFonts w:ascii="Times New Roman" w:hAnsi="Times New Roman" w:cs="Times New Roman"/>
          <w:color w:val="auto"/>
        </w:rPr>
      </w:pPr>
      <w:r w:rsidRPr="00643630">
        <w:rPr>
          <w:rFonts w:ascii="Segoe UI Symbol" w:hAnsi="Segoe UI Symbol" w:cs="Segoe UI Symbol"/>
          <w:color w:val="auto"/>
          <w:sz w:val="18"/>
        </w:rPr>
        <w:t>☐</w:t>
      </w:r>
      <w:r w:rsidRPr="00643630">
        <w:rPr>
          <w:rFonts w:ascii="Times New Roman" w:hAnsi="Times New Roman" w:cs="Times New Roman"/>
          <w:color w:val="auto"/>
          <w:sz w:val="18"/>
        </w:rPr>
        <w:t xml:space="preserve"> superamento della prova di lingua inglese nell’ambito di un concorso per l’accesso ai ruoli della scuola primaria o di una procedura abilitante/riservata;</w:t>
      </w:r>
    </w:p>
    <w:p w14:paraId="5DAADBD9" w14:textId="77777777" w:rsidR="00135F1F" w:rsidRPr="00643630" w:rsidRDefault="00000000">
      <w:pPr>
        <w:spacing w:after="20" w:line="240" w:lineRule="auto"/>
        <w:ind w:left="142" w:hanging="142"/>
        <w:rPr>
          <w:rFonts w:ascii="Times New Roman" w:hAnsi="Times New Roman" w:cs="Times New Roman"/>
          <w:color w:val="auto"/>
        </w:rPr>
      </w:pPr>
      <w:r w:rsidRPr="00643630">
        <w:rPr>
          <w:rFonts w:ascii="Segoe UI Symbol" w:hAnsi="Segoe UI Symbol" w:cs="Segoe UI Symbol"/>
          <w:color w:val="auto"/>
          <w:sz w:val="18"/>
        </w:rPr>
        <w:t>☐</w:t>
      </w:r>
      <w:r w:rsidRPr="00643630">
        <w:rPr>
          <w:rFonts w:ascii="Times New Roman" w:hAnsi="Times New Roman" w:cs="Times New Roman"/>
          <w:color w:val="auto"/>
          <w:sz w:val="18"/>
        </w:rPr>
        <w:t xml:space="preserve"> attestato di frequenza con esito positivo di corso linguistico-metodologico in servizio autorizzato dal Ministero;</w:t>
      </w:r>
    </w:p>
    <w:p w14:paraId="7EC10EDC" w14:textId="77777777" w:rsidR="00135F1F" w:rsidRPr="00643630" w:rsidRDefault="00000000">
      <w:pPr>
        <w:spacing w:after="20" w:line="240" w:lineRule="auto"/>
        <w:ind w:left="142" w:hanging="142"/>
        <w:rPr>
          <w:rFonts w:ascii="Times New Roman" w:hAnsi="Times New Roman" w:cs="Times New Roman"/>
          <w:color w:val="auto"/>
        </w:rPr>
      </w:pPr>
      <w:r w:rsidRPr="00643630">
        <w:rPr>
          <w:rFonts w:ascii="Segoe UI Symbol" w:hAnsi="Segoe UI Symbol" w:cs="Segoe UI Symbol"/>
          <w:color w:val="auto"/>
          <w:sz w:val="18"/>
        </w:rPr>
        <w:t>☐</w:t>
      </w:r>
      <w:r w:rsidRPr="00643630">
        <w:rPr>
          <w:rFonts w:ascii="Times New Roman" w:hAnsi="Times New Roman" w:cs="Times New Roman"/>
          <w:color w:val="auto"/>
          <w:sz w:val="18"/>
        </w:rPr>
        <w:t xml:space="preserve"> laurea in Scienze della formazione primaria con superamento dell’esame o degli esami di lingua inglese previsti nel percorso di studi;</w:t>
      </w:r>
    </w:p>
    <w:p w14:paraId="4F6417DD" w14:textId="77777777" w:rsidR="00135F1F" w:rsidRPr="00643630" w:rsidRDefault="00000000">
      <w:pPr>
        <w:spacing w:after="20" w:line="240" w:lineRule="auto"/>
        <w:ind w:left="142" w:hanging="142"/>
        <w:rPr>
          <w:rFonts w:ascii="Times New Roman" w:hAnsi="Times New Roman" w:cs="Times New Roman"/>
          <w:color w:val="auto"/>
        </w:rPr>
      </w:pPr>
      <w:r w:rsidRPr="00643630">
        <w:rPr>
          <w:rFonts w:ascii="Segoe UI Symbol" w:hAnsi="Segoe UI Symbol" w:cs="Segoe UI Symbol"/>
          <w:color w:val="auto"/>
          <w:sz w:val="18"/>
        </w:rPr>
        <w:t>☐</w:t>
      </w:r>
      <w:r w:rsidRPr="00643630">
        <w:rPr>
          <w:rFonts w:ascii="Times New Roman" w:hAnsi="Times New Roman" w:cs="Times New Roman"/>
          <w:color w:val="auto"/>
          <w:sz w:val="18"/>
        </w:rPr>
        <w:t xml:space="preserve"> laurea in lingue straniere avente valore ai fini dell’insegnamento della lingua inglese;</w:t>
      </w:r>
    </w:p>
    <w:p w14:paraId="4DF4628F" w14:textId="77777777" w:rsidR="00135F1F" w:rsidRPr="00643630" w:rsidRDefault="00000000">
      <w:pPr>
        <w:spacing w:after="20" w:line="240" w:lineRule="auto"/>
        <w:ind w:left="142" w:hanging="142"/>
        <w:rPr>
          <w:rFonts w:ascii="Times New Roman" w:hAnsi="Times New Roman" w:cs="Times New Roman"/>
          <w:color w:val="auto"/>
        </w:rPr>
      </w:pPr>
      <w:r w:rsidRPr="00643630">
        <w:rPr>
          <w:rFonts w:ascii="Segoe UI Symbol" w:hAnsi="Segoe UI Symbol" w:cs="Segoe UI Symbol"/>
          <w:color w:val="auto"/>
          <w:sz w:val="18"/>
        </w:rPr>
        <w:t>☐</w:t>
      </w:r>
      <w:r w:rsidRPr="00643630">
        <w:rPr>
          <w:rFonts w:ascii="Times New Roman" w:hAnsi="Times New Roman" w:cs="Times New Roman"/>
          <w:color w:val="auto"/>
          <w:sz w:val="18"/>
        </w:rPr>
        <w:t xml:space="preserve"> certificato dell’Amministrazione competente relativo a servizio prestato all’estero nell’area linguistica inglese;</w:t>
      </w:r>
    </w:p>
    <w:p w14:paraId="3375E9A8" w14:textId="77777777" w:rsidR="00135F1F" w:rsidRPr="00643630" w:rsidRDefault="00000000">
      <w:pPr>
        <w:spacing w:after="20" w:line="240" w:lineRule="auto"/>
        <w:ind w:left="142" w:hanging="142"/>
        <w:rPr>
          <w:rFonts w:ascii="Times New Roman" w:hAnsi="Times New Roman" w:cs="Times New Roman"/>
          <w:color w:val="auto"/>
        </w:rPr>
      </w:pPr>
      <w:r w:rsidRPr="00643630">
        <w:rPr>
          <w:rFonts w:ascii="Segoe UI Symbol" w:hAnsi="Segoe UI Symbol" w:cs="Segoe UI Symbol"/>
          <w:color w:val="auto"/>
          <w:sz w:val="18"/>
        </w:rPr>
        <w:t>☐</w:t>
      </w:r>
      <w:r w:rsidRPr="00643630">
        <w:rPr>
          <w:rFonts w:ascii="Times New Roman" w:hAnsi="Times New Roman" w:cs="Times New Roman"/>
          <w:color w:val="auto"/>
          <w:sz w:val="18"/>
        </w:rPr>
        <w:t xml:space="preserve"> altro titolo specificamente riconosciuto: ________________________________________________</w:t>
      </w:r>
    </w:p>
    <w:p w14:paraId="4D91A67A" w14:textId="77777777" w:rsidR="00135F1F" w:rsidRPr="00643630" w:rsidRDefault="00000000">
      <w:pPr>
        <w:keepNext/>
        <w:spacing w:before="80" w:after="40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  <w:sz w:val="22"/>
        </w:rPr>
        <w:t>Estremi del titolo</w:t>
      </w:r>
    </w:p>
    <w:tbl>
      <w:tblPr>
        <w:tblW w:w="9638" w:type="dxa"/>
        <w:tblBorders>
          <w:top w:val="single" w:sz="6" w:space="0" w:color="AAB4C0"/>
          <w:left w:val="single" w:sz="6" w:space="0" w:color="AAB4C0"/>
          <w:bottom w:val="single" w:sz="6" w:space="0" w:color="AAB4C0"/>
          <w:right w:val="single" w:sz="6" w:space="0" w:color="AAB4C0"/>
          <w:insideH w:val="single" w:sz="6" w:space="0" w:color="AAB4C0"/>
          <w:insideV w:val="single" w:sz="6" w:space="0" w:color="AAB4C0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7088"/>
      </w:tblGrid>
      <w:tr w:rsidR="00135F1F" w:rsidRPr="00643630" w14:paraId="57A2405B" w14:textId="77777777">
        <w:tc>
          <w:tcPr>
            <w:tcW w:w="2550" w:type="dxa"/>
            <w:shd w:val="clear" w:color="auto" w:fill="EEF2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AC64FE" w14:textId="77777777" w:rsidR="00135F1F" w:rsidRPr="00643630" w:rsidRDefault="00000000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b/>
                <w:color w:val="auto"/>
                <w:sz w:val="19"/>
              </w:rPr>
              <w:t>Denominazione</w:t>
            </w:r>
          </w:p>
        </w:tc>
        <w:tc>
          <w:tcPr>
            <w:tcW w:w="7088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AB59D6" w14:textId="77777777" w:rsidR="00135F1F" w:rsidRPr="00643630" w:rsidRDefault="00000000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35F1F" w:rsidRPr="00643630" w14:paraId="7BB6F5E6" w14:textId="77777777">
        <w:tc>
          <w:tcPr>
            <w:tcW w:w="2550" w:type="dxa"/>
            <w:shd w:val="clear" w:color="auto" w:fill="EEF2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8BC631" w14:textId="77777777" w:rsidR="00135F1F" w:rsidRPr="00643630" w:rsidRDefault="00000000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b/>
                <w:color w:val="auto"/>
                <w:sz w:val="19"/>
              </w:rPr>
              <w:t>Ente/Amministrazione</w:t>
            </w:r>
          </w:p>
        </w:tc>
        <w:tc>
          <w:tcPr>
            <w:tcW w:w="7088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3F0531" w14:textId="77777777" w:rsidR="00135F1F" w:rsidRPr="00643630" w:rsidRDefault="00000000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35F1F" w:rsidRPr="00643630" w14:paraId="674F2655" w14:textId="77777777">
        <w:tc>
          <w:tcPr>
            <w:tcW w:w="2550" w:type="dxa"/>
            <w:shd w:val="clear" w:color="auto" w:fill="EEF2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04753D" w14:textId="77777777" w:rsidR="00135F1F" w:rsidRPr="00643630" w:rsidRDefault="00000000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b/>
                <w:color w:val="auto"/>
                <w:sz w:val="19"/>
              </w:rPr>
              <w:t>Data di conseguimento</w:t>
            </w:r>
          </w:p>
        </w:tc>
        <w:tc>
          <w:tcPr>
            <w:tcW w:w="7088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12623B" w14:textId="77777777" w:rsidR="00135F1F" w:rsidRPr="00643630" w:rsidRDefault="00000000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35F1F" w:rsidRPr="00643630" w14:paraId="4643F001" w14:textId="77777777">
        <w:tc>
          <w:tcPr>
            <w:tcW w:w="2550" w:type="dxa"/>
            <w:shd w:val="clear" w:color="auto" w:fill="EEF2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7E6DDB" w14:textId="77777777" w:rsidR="00135F1F" w:rsidRPr="00643630" w:rsidRDefault="00000000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b/>
                <w:color w:val="auto"/>
                <w:sz w:val="19"/>
              </w:rPr>
              <w:t>Riferimenti del provvedimento</w:t>
            </w:r>
          </w:p>
        </w:tc>
        <w:tc>
          <w:tcPr>
            <w:tcW w:w="7088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4968BD" w14:textId="77777777" w:rsidR="00135F1F" w:rsidRPr="00643630" w:rsidRDefault="00000000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14:paraId="375B2BEF" w14:textId="77777777" w:rsidR="00135F1F" w:rsidRPr="00643630" w:rsidRDefault="00000000">
      <w:pPr>
        <w:keepNext/>
        <w:spacing w:before="80" w:after="40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</w:rPr>
        <w:t>Eventuali limitazioni risultanti dal titolo o dal provvedimento</w:t>
      </w:r>
    </w:p>
    <w:p w14:paraId="3FB133EF" w14:textId="77777777" w:rsidR="00135F1F" w:rsidRPr="00643630" w:rsidRDefault="00000000">
      <w:pPr>
        <w:spacing w:after="60"/>
        <w:rPr>
          <w:rFonts w:ascii="Times New Roman" w:hAnsi="Times New Roman" w:cs="Times New Roman"/>
          <w:color w:val="auto"/>
        </w:rPr>
      </w:pPr>
      <w:r w:rsidRPr="00643630">
        <w:rPr>
          <w:rFonts w:ascii="Segoe UI Symbol" w:hAnsi="Segoe UI Symbol" w:cs="Segoe UI Symbol"/>
          <w:color w:val="auto"/>
          <w:sz w:val="19"/>
        </w:rPr>
        <w:t>☐</w:t>
      </w:r>
      <w:r w:rsidRPr="00643630">
        <w:rPr>
          <w:rFonts w:ascii="Times New Roman" w:hAnsi="Times New Roman" w:cs="Times New Roman"/>
          <w:color w:val="auto"/>
          <w:sz w:val="19"/>
        </w:rPr>
        <w:t xml:space="preserve"> Nessuna     </w:t>
      </w:r>
      <w:r w:rsidRPr="00643630">
        <w:rPr>
          <w:rFonts w:ascii="Segoe UI Symbol" w:hAnsi="Segoe UI Symbol" w:cs="Segoe UI Symbol"/>
          <w:color w:val="auto"/>
          <w:sz w:val="19"/>
        </w:rPr>
        <w:t>☐</w:t>
      </w:r>
      <w:r w:rsidRPr="00643630">
        <w:rPr>
          <w:rFonts w:ascii="Times New Roman" w:hAnsi="Times New Roman" w:cs="Times New Roman"/>
          <w:color w:val="auto"/>
          <w:sz w:val="19"/>
        </w:rPr>
        <w:t xml:space="preserve"> Classi prime e seconde/primo ciclo     </w:t>
      </w:r>
      <w:r w:rsidRPr="00643630">
        <w:rPr>
          <w:rFonts w:ascii="Segoe UI Symbol" w:hAnsi="Segoe UI Symbol" w:cs="Segoe UI Symbol"/>
          <w:color w:val="auto"/>
          <w:sz w:val="19"/>
        </w:rPr>
        <w:t>☐</w:t>
      </w:r>
      <w:r w:rsidRPr="00643630">
        <w:rPr>
          <w:rFonts w:ascii="Times New Roman" w:hAnsi="Times New Roman" w:cs="Times New Roman"/>
          <w:color w:val="auto"/>
          <w:sz w:val="19"/>
        </w:rPr>
        <w:t xml:space="preserve"> Altra limitazione: __________________________</w:t>
      </w:r>
    </w:p>
    <w:p w14:paraId="0C2235F0" w14:textId="77777777" w:rsidR="00135F1F" w:rsidRPr="00643630" w:rsidRDefault="00000000">
      <w:pPr>
        <w:spacing w:after="40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  <w:sz w:val="19"/>
        </w:rPr>
        <w:t xml:space="preserve">Eventuali certificazioni linguistiche QCER possedute (indicare livello ed ente): </w:t>
      </w:r>
      <w:r w:rsidRPr="00643630">
        <w:rPr>
          <w:rFonts w:ascii="Times New Roman" w:hAnsi="Times New Roman" w:cs="Times New Roman"/>
          <w:color w:val="auto"/>
          <w:sz w:val="19"/>
        </w:rPr>
        <w:t>________________________________________________________________________________</w:t>
      </w:r>
    </w:p>
    <w:p w14:paraId="177BF110" w14:textId="77777777" w:rsidR="00135F1F" w:rsidRPr="00643630" w:rsidRDefault="00000000">
      <w:pPr>
        <w:spacing w:before="40" w:after="40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</w:rPr>
        <w:t>Documentazione</w:t>
      </w:r>
    </w:p>
    <w:p w14:paraId="08DBA11F" w14:textId="77777777" w:rsidR="00135F1F" w:rsidRPr="00643630" w:rsidRDefault="00000000">
      <w:pPr>
        <w:spacing w:after="20"/>
        <w:rPr>
          <w:rFonts w:ascii="Times New Roman" w:hAnsi="Times New Roman" w:cs="Times New Roman"/>
          <w:color w:val="auto"/>
        </w:rPr>
      </w:pPr>
      <w:r w:rsidRPr="00643630">
        <w:rPr>
          <w:rFonts w:ascii="Segoe UI Symbol" w:hAnsi="Segoe UI Symbol" w:cs="Segoe UI Symbol"/>
          <w:color w:val="auto"/>
          <w:sz w:val="19"/>
        </w:rPr>
        <w:t>☐</w:t>
      </w:r>
      <w:r w:rsidRPr="00643630">
        <w:rPr>
          <w:rFonts w:ascii="Times New Roman" w:hAnsi="Times New Roman" w:cs="Times New Roman"/>
          <w:color w:val="auto"/>
          <w:sz w:val="19"/>
        </w:rPr>
        <w:t xml:space="preserve"> Si allega copia del titolo/attestato.     </w:t>
      </w:r>
      <w:r w:rsidRPr="00643630">
        <w:rPr>
          <w:rFonts w:ascii="Segoe UI Symbol" w:hAnsi="Segoe UI Symbol" w:cs="Segoe UI Symbol"/>
          <w:color w:val="auto"/>
          <w:sz w:val="19"/>
        </w:rPr>
        <w:t>☐</w:t>
      </w:r>
      <w:r w:rsidRPr="00643630">
        <w:rPr>
          <w:rFonts w:ascii="Times New Roman" w:hAnsi="Times New Roman" w:cs="Times New Roman"/>
          <w:color w:val="auto"/>
          <w:sz w:val="19"/>
        </w:rPr>
        <w:t xml:space="preserve"> Il documento è già presente nel fascicolo personale.</w:t>
      </w:r>
    </w:p>
    <w:p w14:paraId="6CC0DF7A" w14:textId="77777777" w:rsidR="00135F1F" w:rsidRPr="00643630" w:rsidRDefault="00000000">
      <w:pPr>
        <w:spacing w:after="60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color w:val="auto"/>
          <w:sz w:val="19"/>
        </w:rPr>
        <w:t>Eventuale numero di protocollo o altra indicazione utile: ___________________________________________</w:t>
      </w:r>
    </w:p>
    <w:tbl>
      <w:tblPr>
        <w:tblW w:w="9638" w:type="dxa"/>
        <w:tblBorders>
          <w:top w:val="single" w:sz="4" w:space="0" w:color="CBD3DC"/>
          <w:left w:val="single" w:sz="4" w:space="0" w:color="CBD3DC"/>
          <w:bottom w:val="single" w:sz="4" w:space="0" w:color="CBD3DC"/>
          <w:right w:val="single" w:sz="4" w:space="0" w:color="CBD3DC"/>
          <w:insideH w:val="single" w:sz="4" w:space="0" w:color="CBD3DC"/>
          <w:insideV w:val="single" w:sz="4" w:space="0" w:color="CBD3DC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135F1F" w:rsidRPr="00643630" w14:paraId="3FCDAD0E" w14:textId="77777777">
        <w:tc>
          <w:tcPr>
            <w:tcW w:w="9638" w:type="dxa"/>
            <w:shd w:val="clear" w:color="auto" w:fill="F7F9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4A3485" w14:textId="77777777" w:rsidR="00135F1F" w:rsidRPr="00643630" w:rsidRDefault="00000000">
            <w:pPr>
              <w:spacing w:after="0" w:line="252" w:lineRule="auto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i/>
                <w:color w:val="auto"/>
                <w:sz w:val="18"/>
              </w:rPr>
              <w:t>Nota: una certificazione linguistica QCER, se non accompagnata da uno specifico titolo riconosciuto per l’insegnamento nella scuola primaria, non determina automaticamente il possesso del requisito.</w:t>
            </w:r>
          </w:p>
        </w:tc>
      </w:tr>
    </w:tbl>
    <w:p w14:paraId="5074CAA7" w14:textId="77777777" w:rsidR="00135F1F" w:rsidRPr="00643630" w:rsidRDefault="00000000">
      <w:pPr>
        <w:spacing w:before="80" w:after="40" w:line="245" w:lineRule="auto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color w:val="auto"/>
          <w:sz w:val="19"/>
        </w:rPr>
        <w:t>Il/La sottoscritto/a dichiara che quanto riportato corrisponde al vero e prende atto che l’Istituzione scolastica procederà alla verifica della documentazione ai fini dell’organizzazione del servizio.</w:t>
      </w:r>
    </w:p>
    <w:p w14:paraId="2B8F36F8" w14:textId="77777777" w:rsidR="00135F1F" w:rsidRPr="00643630" w:rsidRDefault="00000000">
      <w:pPr>
        <w:spacing w:after="40"/>
        <w:rPr>
          <w:rFonts w:ascii="Times New Roman" w:hAnsi="Times New Roman" w:cs="Times New Roman"/>
          <w:color w:val="auto"/>
        </w:rPr>
      </w:pPr>
      <w:r w:rsidRPr="00643630">
        <w:rPr>
          <w:rFonts w:ascii="Times New Roman" w:hAnsi="Times New Roman" w:cs="Times New Roman"/>
          <w:b/>
          <w:color w:val="auto"/>
          <w:sz w:val="19"/>
        </w:rPr>
        <w:t>Il presente modello, debitamente compilato e sottoscritto, deve essere trasmesso all’Ufficio personale entro il 9 settembre 2026.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400"/>
        <w:gridCol w:w="5238"/>
      </w:tblGrid>
      <w:tr w:rsidR="00135F1F" w:rsidRPr="00643630" w14:paraId="092CD8EB" w14:textId="77777777"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03C9AD1" w14:textId="77777777" w:rsidR="00135F1F" w:rsidRPr="00643630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color w:val="auto"/>
                <w:sz w:val="19"/>
              </w:rPr>
              <w:t>Luogo e data</w:t>
            </w:r>
          </w:p>
        </w:tc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00C0BC9" w14:textId="77777777" w:rsidR="00135F1F" w:rsidRPr="00643630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color w:val="auto"/>
                <w:sz w:val="19"/>
              </w:rPr>
              <w:t>Firma</w:t>
            </w:r>
          </w:p>
        </w:tc>
      </w:tr>
      <w:tr w:rsidR="00135F1F" w:rsidRPr="00643630" w14:paraId="6DE88F27" w14:textId="77777777"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88A5A02" w14:textId="77777777" w:rsidR="00135F1F" w:rsidRPr="00643630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color w:val="auto"/>
                <w:sz w:val="19"/>
              </w:rPr>
              <w:lastRenderedPageBreak/>
              <w:t>_______________________________</w:t>
            </w:r>
          </w:p>
        </w:tc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EABBFC5" w14:textId="77777777" w:rsidR="00135F1F" w:rsidRPr="00643630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3630">
              <w:rPr>
                <w:rFonts w:ascii="Times New Roman" w:hAnsi="Times New Roman" w:cs="Times New Roman"/>
                <w:color w:val="auto"/>
                <w:sz w:val="19"/>
              </w:rPr>
              <w:t>________________________________________</w:t>
            </w:r>
          </w:p>
        </w:tc>
      </w:tr>
    </w:tbl>
    <w:p w14:paraId="0DC8B9EA" w14:textId="77777777" w:rsidR="00342C30" w:rsidRPr="00643630" w:rsidRDefault="00342C30">
      <w:pPr>
        <w:rPr>
          <w:rFonts w:ascii="Times New Roman" w:hAnsi="Times New Roman" w:cs="Times New Roman"/>
        </w:rPr>
      </w:pPr>
    </w:p>
    <w:sectPr w:rsidR="00342C30" w:rsidRPr="00643630" w:rsidSect="00034616">
      <w:footerReference w:type="default" r:id="rId8"/>
      <w:pgSz w:w="11906" w:h="16838"/>
      <w:pgMar w:top="709" w:right="1134" w:bottom="709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4FA40" w14:textId="77777777" w:rsidR="002F6B95" w:rsidRDefault="002F6B95">
      <w:pPr>
        <w:spacing w:after="0" w:line="240" w:lineRule="auto"/>
      </w:pPr>
      <w:r>
        <w:separator/>
      </w:r>
    </w:p>
  </w:endnote>
  <w:endnote w:type="continuationSeparator" w:id="0">
    <w:p w14:paraId="4CE66A9B" w14:textId="77777777" w:rsidR="002F6B95" w:rsidRDefault="002F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7852" w14:textId="77777777" w:rsidR="00135F1F" w:rsidRDefault="00000000">
    <w:pPr>
      <w:pStyle w:val="Pidipagina"/>
      <w:spacing w:line="259" w:lineRule="auto"/>
      <w:jc w:val="center"/>
    </w:pPr>
    <w:proofErr w:type="spellStart"/>
    <w:r>
      <w:rPr>
        <w:color w:val="5B6470"/>
        <w:sz w:val="16"/>
      </w:rPr>
      <w:t>Ricognizione</w:t>
    </w:r>
    <w:proofErr w:type="spellEnd"/>
    <w:r>
      <w:rPr>
        <w:color w:val="5B6470"/>
        <w:sz w:val="16"/>
      </w:rPr>
      <w:t xml:space="preserve"> </w:t>
    </w:r>
    <w:proofErr w:type="spellStart"/>
    <w:r>
      <w:rPr>
        <w:color w:val="5B6470"/>
        <w:sz w:val="16"/>
      </w:rPr>
      <w:t>requisiti</w:t>
    </w:r>
    <w:proofErr w:type="spellEnd"/>
    <w:r>
      <w:rPr>
        <w:color w:val="5B6470"/>
        <w:sz w:val="16"/>
      </w:rPr>
      <w:t xml:space="preserve"> lingua inglese – </w:t>
    </w:r>
    <w:proofErr w:type="spellStart"/>
    <w:r>
      <w:rPr>
        <w:color w:val="5B6470"/>
        <w:sz w:val="16"/>
      </w:rPr>
      <w:t>scuola</w:t>
    </w:r>
    <w:proofErr w:type="spellEnd"/>
    <w:r>
      <w:rPr>
        <w:color w:val="5B6470"/>
        <w:sz w:val="16"/>
      </w:rPr>
      <w:t xml:space="preserve"> </w:t>
    </w:r>
    <w:proofErr w:type="spellStart"/>
    <w:r>
      <w:rPr>
        <w:color w:val="5B6470"/>
        <w:sz w:val="16"/>
      </w:rPr>
      <w:t>primaria</w:t>
    </w:r>
    <w:proofErr w:type="spellEnd"/>
    <w:r>
      <w:rPr>
        <w:color w:val="5B6470"/>
        <w:sz w:val="16"/>
      </w:rPr>
      <w:t xml:space="preserve"> – </w:t>
    </w:r>
    <w:proofErr w:type="spellStart"/>
    <w:r>
      <w:rPr>
        <w:color w:val="5B6470"/>
        <w:sz w:val="16"/>
      </w:rPr>
      <w:t>a.s.</w:t>
    </w:r>
    <w:proofErr w:type="spellEnd"/>
    <w:r>
      <w:rPr>
        <w:color w:val="5B6470"/>
        <w:sz w:val="16"/>
      </w:rPr>
      <w:t xml:space="preserve">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27C6A" w14:textId="77777777" w:rsidR="002F6B95" w:rsidRDefault="002F6B95">
      <w:pPr>
        <w:spacing w:after="0" w:line="240" w:lineRule="auto"/>
      </w:pPr>
      <w:r>
        <w:separator/>
      </w:r>
    </w:p>
  </w:footnote>
  <w:footnote w:type="continuationSeparator" w:id="0">
    <w:p w14:paraId="772039D5" w14:textId="77777777" w:rsidR="002F6B95" w:rsidRDefault="002F6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9153979">
    <w:abstractNumId w:val="8"/>
  </w:num>
  <w:num w:numId="2" w16cid:durableId="920137754">
    <w:abstractNumId w:val="6"/>
  </w:num>
  <w:num w:numId="3" w16cid:durableId="941035089">
    <w:abstractNumId w:val="5"/>
  </w:num>
  <w:num w:numId="4" w16cid:durableId="1179736962">
    <w:abstractNumId w:val="4"/>
  </w:num>
  <w:num w:numId="5" w16cid:durableId="1804425318">
    <w:abstractNumId w:val="7"/>
  </w:num>
  <w:num w:numId="6" w16cid:durableId="1954483169">
    <w:abstractNumId w:val="3"/>
  </w:num>
  <w:num w:numId="7" w16cid:durableId="2137945500">
    <w:abstractNumId w:val="2"/>
  </w:num>
  <w:num w:numId="8" w16cid:durableId="1365330877">
    <w:abstractNumId w:val="1"/>
  </w:num>
  <w:num w:numId="9" w16cid:durableId="27167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5F1F"/>
    <w:rsid w:val="0015074B"/>
    <w:rsid w:val="001F5508"/>
    <w:rsid w:val="0029639D"/>
    <w:rsid w:val="002F6B95"/>
    <w:rsid w:val="00326F90"/>
    <w:rsid w:val="00342C30"/>
    <w:rsid w:val="00643630"/>
    <w:rsid w:val="009771BF"/>
    <w:rsid w:val="00AA1D8D"/>
    <w:rsid w:val="00B47730"/>
    <w:rsid w:val="00CA5E8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4B063"/>
  <w14:defaultImageDpi w14:val="300"/>
  <w15:docId w15:val="{89DEE9E6-9052-4BF7-BC65-9EAD6B98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59" w:lineRule="auto"/>
    </w:pPr>
    <w:rPr>
      <w:rFonts w:ascii="Arial" w:hAnsi="Arial"/>
      <w:color w:val="1F2937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requisiti insegnamento lingua inglese - scuola primaria</dc:title>
  <dc:subject>Ricognizione interna a.s. 2026/2027</dc:subject>
  <dc:creator>I.C. Leonardo De Lorenzo - Viggiano</dc:creator>
  <cp:keywords>lingua inglese, scuola primaria, ricognizione titoli</cp:keywords>
  <dc:description>generated by python-docx</dc:description>
  <cp:lastModifiedBy>filippo campione</cp:lastModifiedBy>
  <cp:revision>2</cp:revision>
  <dcterms:created xsi:type="dcterms:W3CDTF">2026-09-07T17:00:00Z</dcterms:created>
  <dcterms:modified xsi:type="dcterms:W3CDTF">2026-09-07T17:00:00Z</dcterms:modified>
  <cp:category/>
</cp:coreProperties>
</file>